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Список участников выставки «Образование и карьера – 2025»</w:t>
      </w:r>
    </w:p>
    <w:p>
      <w:pPr>
        <w:jc w:val="center"/>
      </w:pPr>
      <w:r>
        <w:t>Алматы, ноябрь 2025 г.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680"/>
          </w:tcPr>
          <w:p>
            <w:r>
              <w:rPr>
                <w:b/>
                <w:sz w:val="20"/>
              </w:rPr>
              <w:t>№</w:t>
            </w:r>
          </w:p>
        </w:tc>
        <w:tc>
          <w:tcPr>
            <w:tcW w:type="dxa" w:w="6236"/>
          </w:tcPr>
          <w:p>
            <w:r>
              <w:rPr>
                <w:b/>
                <w:sz w:val="20"/>
              </w:rPr>
              <w:t>Название организации</w:t>
            </w:r>
          </w:p>
        </w:tc>
        <w:tc>
          <w:tcPr>
            <w:tcW w:type="dxa" w:w="3118"/>
          </w:tcPr>
          <w:p>
            <w:r>
              <w:rPr>
                <w:b/>
                <w:sz w:val="20"/>
              </w:rPr>
              <w:t>Страна, город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Cheap Study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  <w:t>Австрия, Вена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ARUCAD – Arkin University of Creative Arts and Design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  <w:t>Северный Кипр, Кирения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Study map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  <w:t>Казахстан, Алматы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Vertex Prague School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  <w:t>Чехия, Прага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Национальный центр тестирования МН и ВО РК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  <w:t>Казахстан, Астана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Республиканский портал VIPusknik.kz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  <w:t>Казахстан, Алматы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7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Департамент Пограничной службы КНБ РК по Алматинской области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  <w:t>Казахстан, Алматы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8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Национальный исследовательский университет «МИЭТ»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  <w:t>Россия, Москва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9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OSCE Academy in Bishkek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  <w:t>Кыргызстан, Бишкек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10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Университет Макса Нарикбаева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  <w:t>Казахстан, Астана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11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BNBU / Wie International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  <w:t>Китай, Шэньчжэнь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12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Томский политехнический университет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  <w:t>Россия, Томск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13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Уральский федеральный университет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  <w:t>Россия, Екатеринбург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14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Алматинский филиал НИЯУ МИФИ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  <w:t>Казахстан, Алматы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15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ITSTEP Academy Almaty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  <w:t>Казахстан, Алматы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16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LoCoEn Oy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  <w:t>Финляндия, Хельсинки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17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Балтийский федеральный университет имени Иммануила Канта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  <w:t>Россия, Калининград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18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Агентство Euroschool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  <w:t>Казахстан, Алматы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19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Университет образования Гонконга (EdUHK)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  <w:t>Гонконг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20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EduCentre Malta (MaltaEdu)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  <w:t>Мальта, Валлетта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21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Университет «Туран»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  <w:t>Казахстан, Алматы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22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Казахский национальный аграрный исследовательский университет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  <w:t>Казахстан, Алматы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23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ALT Университет имени Мухамеджана Тынышбаева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  <w:t>Казахстан, Алматы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24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Алматинский технологический университет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  <w:t>Казахстан, Алматы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25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Пункт Б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  <w:t>Португалия, Порту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26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Университет Усон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  <w:t>Южная Корея, Тэджон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27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Высший медицинский колледж «Эмили»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  <w:t>Казахстан, Алматы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28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Международный инженерно-технологический университет (METU)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  <w:t>Казахстан, Алматы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29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Казахский университет международных отношений и мировых языков им. Абылай хана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  <w:t>Казахстан, Алматы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30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Международный транспортно-гуманитарный университет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  <w:t>Казахстан, Алматы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31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Московский институт психоанализа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  <w:t>Россия, Москва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32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Czech Foundation / ИП SVET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  <w:t>Казахстан, Алматы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33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Nemusli Consult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  <w:t>Германия, Бамберг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34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Study in Russia! (МИРЭА, МГИМО, КубГУ)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  <w:t>Россия, Москва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35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Образовательный центр Gaudeamus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  <w:t>Казахстан, Уральск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36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Приволжский исследовательский медицинский университет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  <w:t>Россия, Нижний Новгород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37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Azerbaijan State University of Economics (UNEC)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  <w:t>Азербайджан, Баку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38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Компания PraticaMente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  <w:t>Казахстан, Алматы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39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Top Tier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  <w:t>Казахстан, Алматы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40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Чешский Образовательный Центр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  <w:t>Казахстан, Алматы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41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Crown Influence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  <w:t>Италия, Палермо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42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НИУ «Высшая школа экономики» — Санкт-Петербург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  <w:t>Россия, Санкт-Петербург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43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СПбГУТ им. проф. М.А. Бонч-Бруевича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  <w:t>Россия, Санкт-Петербург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44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Казахстанский филиал МГУ им. М.В. Ломоносова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  <w:t>Казахстан, Астана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45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Омский государственный медицинский университет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  <w:t>Россия, Омск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46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Университет Центральной Азии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  <w:t>Казахстан, Текели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47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Университет Синергия Казахстан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  <w:t>Казахстан, Алматы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48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Образовательный центр «Hansan»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  <w:t>Казахстан, Алматы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49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TURKIYE EDU – TASARI AKADEMI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  <w:t>Турция, Измир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50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Raffles Design Singapore &amp; Milan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  <w:t>Сингапур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51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ИП Ерке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  <w:t>Казахстан, Алматы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52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CIS Global Education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  <w:t>Казахстан, Алматы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53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Apicius Armenia / «GREEN ROCK» Charitable Foundation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  <w:t>Армения, Дилижан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54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Georgian American University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  <w:t>Грузия, Тбилиси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55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Университет международного бизнеса им. К. Сагадиева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  <w:t>Казахстан, Алматы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56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Chandigarh University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  <w:t>Индия, Мохали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57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ТОО «Резон. Ко»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  <w:t>Казахстан, Алматы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58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Сибирский университет потребительской кооперации (СибУПК)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  <w:t>Россия, Новосибирск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59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Fin Academy / ЧК The Game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  <w:t>Казахстан, Астана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60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Финансовый университет при Правительстве РФ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  <w:t>Россия, Москва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61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Национальный исследовательский университет ИТМО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  <w:t>Россия, Санкт-Петербург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62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Южно-Казахстанская медицинская академия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  <w:t>Казахстан, Шымкент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63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EMS LANGUAGE CENTRE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  <w:t>Малайзия, Куала-Лумпур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64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«Q» University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  <w:t>Казахстан, Алматы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65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Perspektywy Education Foundation (Kozminski University, Czestochowa University of Technology, Pomeranian University in Słupsk, Collegium Da Vinci, Warsaw University of Technology)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  <w:t>Польша, Варшава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66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Armansanjesh Danesh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  <w:t>Иран, Тегеран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67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ТОО «Зарубеж»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  <w:t>Казахстан, Алматы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68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Symbiosis International University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  <w:t>Индия, Пуна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69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Институт современного искусства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  <w:t>Россия, Москва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70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Программа международных стажировок ОЭЗ ППТ «Алабуга»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  <w:t>Россия, Елабуга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71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Education Industry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  <w:t>Казахстан, Семей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72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GSC Study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  <w:t>Казахстан, Алматы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73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Get Education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  <w:t>Казахстан, Алматы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